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שישה סוגים של מילות קישור: סיבה, תוצאה, ניגוד, ויתור, הוספה, תכלית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חלקי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משלכם עם מילות קישור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עונה על השאלה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לכן מציינת תוצאה, לא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ואילו מראה שני דברים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ואילו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(ויתור)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נשארנו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השתמשו במילות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עם כי/מפני ש, משפט שני עם לכן/על כן - אותו תוכן בשני כיוונים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למילה כמו כי, מפני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למילה כמו לכן, על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 - שני דברים שונים; ויתור - קרה ההפך ממה שציפו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הכרטיסים הצהובים מהדף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סיבה מול תוצאה בעל פה לפני הכתיבה, כי התלמידים מתבלבלים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לתמיכה הדדית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קישור מחברות בין שני רעיונות ועוזרות להבין את הקשר ביניהם - האם זו סיבה, תוצאה, ניגוד, ויתור, הוספה או תכלית.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ואילו  ·  לכן  ·  כי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נשארנו בבית כי ירד גשם -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ירד גשם, לכן נשארנו בבית -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למרות שירד גשם, יצאנו לטיול -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כי מציינת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לכן מציינת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ואילו היא מילת קישור של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נשארנו בבית __________ ירד גשם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ירד גשם, __________ נשארנו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באילת חם, __________ בירושלים קריר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מילת קישור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אף על פי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בנו 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נשארנו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ירד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השתמשו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משפטים: אחד עם מילת קישור של סיבה ואחד עם מילת קישור של תוצאה, על אותו אירוע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של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של תוצאה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