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סוגים של מילות קישור: סיבה, תוצאה, ניגוד, ויתור, הוספה, 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משלכם עם מילות קישור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עונה על השאלה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לכן מציינת תוצאה, לא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ואילו מראה שני דברים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תכלית עונה על השאלה בשביל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למרות ש היא מילת ויתור, לא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בנוסף מציינת הוספה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נשארנו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השתמשו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כי/מפני ש, משפט שני עם לכן/על כן - אותו תוכן בשני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ניגוד: אבל/ואילו - שני דברים שונים. ויתור: למרות ש/אף על פי ש - קרה ההפך מהצפוי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כי, מפני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לכן, על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- שני דברים שונים; ויתור - קרה ההפך ממה שציפו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הכרטיסים הצהובים מהדף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סיבה מול תוצאה בעל פה לפני הכתיבה, כי התלמידים מתבלבלים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לתמיכה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קישור מחברות בין שני חלקים של משפט. הן עוזרות להבין למה קרה משהו, מה קרה בגללו, או מה ההבדל.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של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על השאלה 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בגלל הסיבה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דברים שונים זה מזה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קרה למרות שציפו להפך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הוספה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עוד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בשביל מה עושים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קשר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החלקים?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שני דברים שונים - איזה סוג?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קרה ההפך ממה שציפינו - איזה סוג?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מוסיפים עוד מידע - איזה סוג?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בשביל מה למדתי - איזה סוג?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כי מציינת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לכן מציינת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ואילו היא מילת קישור של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 מציינת תכלית - בשביל מה עושים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למרות ש היא מילת קישור של הוספה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בנוסף היא מילת קישור של ויתור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נשארנו בבית __________ ירד גשם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גשם, __________ נשארנו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באילת חם, __________ בירושלים קריר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שירד גשם, יצאנו לטיול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הדירה גדולה; __________ על כן, היא קרובה 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דיברה לאט __________ שכולם יבינו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כמו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 מנת 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ויתור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נשארנו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ירד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השתמשו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אחד עם מילת קישור של סיבה ואחד עם מילת קישור של תוצאה, על אותו אירוע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מילת ניגוד ומשפט אחד עם מילת ויתור, על נושא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של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של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ניגוד לויתור?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